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3453"/>
        <w:gridCol w:w="6412"/>
      </w:tblGrid>
      <w:tr>
        <w:tc>
          <w:tcPr>
            <w:tcW w:type="dxa" w:w="3453"/>
            <w:shd w:val="clear" w:color="auto" w:fill="0F2C4E"/>
          </w:tcPr>
          <w:p>
            <w:r>
              <w:rPr>
                <w:rFonts w:ascii="Calibri" w:hAnsi="Calibri" w:eastAsia="Calibri"/>
                <w:b/>
                <w:i w:val="0"/>
                <w:color w:val="FFFFFF"/>
                <w:sz w:val="24"/>
              </w:rPr>
              <w:t>meister</w:t>
            </w:r>
            <w:r>
              <w:rPr>
                <w:rFonts w:ascii="Calibri" w:hAnsi="Calibri" w:eastAsia="Calibri"/>
                <w:b/>
                <w:i w:val="0"/>
                <w:color w:val="F5B700"/>
                <w:sz w:val="24"/>
              </w:rPr>
              <w:t>dok</w:t>
            </w:r>
          </w:p>
        </w:tc>
        <w:tc>
          <w:tcPr>
            <w:tcW w:type="dxa" w:w="6413"/>
            <w:shd w:val="clear" w:color="auto" w:fill="0F2C4E"/>
          </w:tcPr>
          <w:p>
            <w:pPr>
              <w:jc w:val="right"/>
            </w:pPr>
            <w:r>
              <w:rPr>
                <w:rFonts w:ascii="Calibri" w:hAnsi="Calibri" w:eastAsia="Calibri"/>
                <w:b w:val="0"/>
                <w:i w:val="0"/>
                <w:color w:val="FFFFFF"/>
                <w:sz w:val="17"/>
              </w:rPr>
              <w:t>Kostenlose Vorlage</w:t>
            </w:r>
          </w:p>
        </w:tc>
      </w:tr>
    </w:tbl>
    <w:p>
      <w:pPr>
        <w:spacing w:before="200" w:after="40"/>
      </w:pPr>
      <w:r>
        <w:rPr>
          <w:rFonts w:ascii="Calibri" w:hAnsi="Calibri" w:eastAsia="Calibri"/>
          <w:b/>
          <w:i w:val="0"/>
          <w:color w:val="0F2C4E"/>
          <w:sz w:val="32"/>
        </w:rPr>
        <w:t>Stundenzettel – Monat (Basisvorlage)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B8C0CA"/>
          <w:left w:val="single" w:sz="4" w:color="B8C0CA"/>
          <w:bottom w:val="single" w:sz="4" w:color="B8C0CA"/>
          <w:right w:val="single" w:sz="4" w:color="B8C0CA"/>
          <w:insideH w:val="single" w:sz="4" w:color="B8C0CA"/>
          <w:insideV w:val="single" w:sz="4" w:color="B8C0CA"/>
        </w:tblBorders>
        <w:tblLayout w:type="fixed"/>
      </w:tblPr>
      <w:tblGrid>
        <w:gridCol w:w="1874"/>
        <w:gridCol w:w="3058"/>
        <w:gridCol w:w="1874"/>
        <w:gridCol w:w="3058"/>
      </w:tblGrid>
      <w:tr>
        <w:tc>
          <w:tcPr>
            <w:tcW w:type="dxa" w:w="1875"/>
            <w:shd w:val="clear" w:color="auto" w:fill="F4F6F8"/>
          </w:tcPr>
          <w:p>
            <w:r>
              <w:rPr>
                <w:rFonts w:ascii="Calibri" w:hAnsi="Calibri" w:eastAsia="Calibri"/>
                <w:b/>
                <w:i w:val="0"/>
                <w:color w:val="0F2C4E"/>
                <w:sz w:val="17"/>
              </w:rPr>
              <w:t>Mitarbeiter/in</w:t>
            </w:r>
          </w:p>
        </w:tc>
        <w:tc>
          <w:tcPr>
            <w:tcW w:type="dxa" w:w="3058"/>
          </w:tcPr>
          <w:p/>
        </w:tc>
        <w:tc>
          <w:tcPr>
            <w:tcW w:type="dxa" w:w="1875"/>
            <w:shd w:val="clear" w:color="auto" w:fill="F4F6F8"/>
          </w:tcPr>
          <w:p>
            <w:r>
              <w:rPr>
                <w:rFonts w:ascii="Calibri" w:hAnsi="Calibri" w:eastAsia="Calibri"/>
                <w:b/>
                <w:i w:val="0"/>
                <w:color w:val="0F2C4E"/>
                <w:sz w:val="17"/>
              </w:rPr>
              <w:t>Monat / Jahr</w:t>
            </w:r>
          </w:p>
        </w:tc>
        <w:tc>
          <w:tcPr>
            <w:tcW w:type="dxa" w:w="3058"/>
          </w:tcPr>
          <w:p/>
        </w:tc>
      </w:tr>
      <w:tr>
        <w:tc>
          <w:tcPr>
            <w:tcW w:type="dxa" w:w="1875"/>
            <w:shd w:val="clear" w:color="auto" w:fill="F4F6F8"/>
          </w:tcPr>
          <w:p>
            <w:r>
              <w:rPr>
                <w:rFonts w:ascii="Calibri" w:hAnsi="Calibri" w:eastAsia="Calibri"/>
                <w:b/>
                <w:i w:val="0"/>
                <w:color w:val="0F2C4E"/>
                <w:sz w:val="17"/>
              </w:rPr>
              <w:t>Betrieb</w:t>
            </w:r>
          </w:p>
        </w:tc>
        <w:tc>
          <w:tcPr>
            <w:tcW w:type="dxa" w:w="3058"/>
          </w:tcPr>
          <w:p/>
        </w:tc>
        <w:tc>
          <w:tcPr>
            <w:tcW w:type="dxa" w:w="1875"/>
            <w:shd w:val="clear" w:color="auto" w:fill="F4F6F8"/>
          </w:tcPr>
          <w:p>
            <w:r>
              <w:rPr>
                <w:rFonts w:ascii="Calibri" w:hAnsi="Calibri" w:eastAsia="Calibri"/>
                <w:b/>
                <w:i w:val="0"/>
                <w:color w:val="0F2C4E"/>
                <w:sz w:val="17"/>
              </w:rPr>
              <w:t>Personal-Nr.</w:t>
            </w:r>
          </w:p>
        </w:tc>
        <w:tc>
          <w:tcPr>
            <w:tcW w:type="dxa" w:w="3058"/>
          </w:tcPr>
          <w:p/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B8C0CA"/>
          <w:left w:val="single" w:sz="4" w:color="B8C0CA"/>
          <w:bottom w:val="single" w:sz="4" w:color="B8C0CA"/>
          <w:right w:val="single" w:sz="4" w:color="B8C0CA"/>
          <w:insideH w:val="single" w:sz="4" w:color="B8C0CA"/>
          <w:insideV w:val="single" w:sz="4" w:color="B8C0CA"/>
        </w:tblBorders>
        <w:tblLayout w:type="fixed"/>
      </w:tblPr>
      <w:tblGrid>
        <w:gridCol w:w="591"/>
        <w:gridCol w:w="2565"/>
        <w:gridCol w:w="887"/>
        <w:gridCol w:w="887"/>
        <w:gridCol w:w="789"/>
        <w:gridCol w:w="887"/>
        <w:gridCol w:w="3255"/>
      </w:tblGrid>
      <w:tr>
        <w:tc>
          <w:tcPr>
            <w:tcW w:type="dxa" w:w="592"/>
            <w:shd w:val="clear" w:color="auto" w:fill="0F2C4E"/>
          </w:tcPr>
          <w:p>
            <w:r>
              <w:rPr>
                <w:rFonts w:ascii="Calibri" w:hAnsi="Calibri" w:eastAsia="Calibri"/>
                <w:b/>
                <w:i w:val="0"/>
                <w:color w:val="FFFFFF"/>
                <w:sz w:val="15"/>
              </w:rPr>
              <w:t>Tag</w:t>
            </w:r>
          </w:p>
        </w:tc>
        <w:tc>
          <w:tcPr>
            <w:tcW w:type="dxa" w:w="2565"/>
            <w:shd w:val="clear" w:color="auto" w:fill="0F2C4E"/>
          </w:tcPr>
          <w:p>
            <w:r>
              <w:rPr>
                <w:rFonts w:ascii="Calibri" w:hAnsi="Calibri" w:eastAsia="Calibri"/>
                <w:b/>
                <w:i w:val="0"/>
                <w:color w:val="FFFFFF"/>
                <w:sz w:val="15"/>
              </w:rPr>
              <w:t>Baustelle / Projekt</w:t>
            </w:r>
          </w:p>
        </w:tc>
        <w:tc>
          <w:tcPr>
            <w:tcW w:type="dxa" w:w="888"/>
            <w:shd w:val="clear" w:color="auto" w:fill="0F2C4E"/>
          </w:tcPr>
          <w:p>
            <w:r>
              <w:rPr>
                <w:rFonts w:ascii="Calibri" w:hAnsi="Calibri" w:eastAsia="Calibri"/>
                <w:b/>
                <w:i w:val="0"/>
                <w:color w:val="FFFFFF"/>
                <w:sz w:val="15"/>
              </w:rPr>
              <w:t>Beginn</w:t>
            </w:r>
          </w:p>
        </w:tc>
        <w:tc>
          <w:tcPr>
            <w:tcW w:type="dxa" w:w="888"/>
            <w:shd w:val="clear" w:color="auto" w:fill="0F2C4E"/>
          </w:tcPr>
          <w:p>
            <w:r>
              <w:rPr>
                <w:rFonts w:ascii="Calibri" w:hAnsi="Calibri" w:eastAsia="Calibri"/>
                <w:b/>
                <w:i w:val="0"/>
                <w:color w:val="FFFFFF"/>
                <w:sz w:val="15"/>
              </w:rPr>
              <w:t>Ende</w:t>
            </w:r>
          </w:p>
        </w:tc>
        <w:tc>
          <w:tcPr>
            <w:tcW w:type="dxa" w:w="789"/>
            <w:shd w:val="clear" w:color="auto" w:fill="0F2C4E"/>
          </w:tcPr>
          <w:p>
            <w:r>
              <w:rPr>
                <w:rFonts w:ascii="Calibri" w:hAnsi="Calibri" w:eastAsia="Calibri"/>
                <w:b/>
                <w:i w:val="0"/>
                <w:color w:val="FFFFFF"/>
                <w:sz w:val="15"/>
              </w:rPr>
              <w:t>Pause</w:t>
            </w:r>
          </w:p>
        </w:tc>
        <w:tc>
          <w:tcPr>
            <w:tcW w:type="dxa" w:w="888"/>
            <w:shd w:val="clear" w:color="auto" w:fill="0F2C4E"/>
          </w:tcPr>
          <w:p>
            <w:r>
              <w:rPr>
                <w:rFonts w:ascii="Calibri" w:hAnsi="Calibri" w:eastAsia="Calibri"/>
                <w:b/>
                <w:i w:val="0"/>
                <w:color w:val="FFFFFF"/>
                <w:sz w:val="15"/>
              </w:rPr>
              <w:t>Stunden</w:t>
            </w:r>
          </w:p>
        </w:tc>
        <w:tc>
          <w:tcPr>
            <w:tcW w:type="dxa" w:w="3256"/>
            <w:shd w:val="clear" w:color="auto" w:fill="0F2C4E"/>
          </w:tcPr>
          <w:p>
            <w:r>
              <w:rPr>
                <w:rFonts w:ascii="Calibri" w:hAnsi="Calibri" w:eastAsia="Calibri"/>
                <w:b/>
                <w:i w:val="0"/>
                <w:color w:val="FFFFFF"/>
                <w:sz w:val="15"/>
              </w:rPr>
              <w:t>Tätigkeit</w:t>
            </w:r>
          </w:p>
        </w:tc>
      </w:tr>
      <w:tr>
        <w:tc>
          <w:tcPr>
            <w:tcW w:type="dxa" w:w="592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  <w:t>1</w:t>
            </w:r>
          </w:p>
        </w:tc>
        <w:tc>
          <w:tcPr>
            <w:tcW w:type="dxa" w:w="2565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789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3256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</w:tr>
      <w:tr>
        <w:tc>
          <w:tcPr>
            <w:tcW w:type="dxa" w:w="592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  <w:t>2</w:t>
            </w:r>
          </w:p>
        </w:tc>
        <w:tc>
          <w:tcPr>
            <w:tcW w:type="dxa" w:w="2565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789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3256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</w:tr>
      <w:tr>
        <w:tc>
          <w:tcPr>
            <w:tcW w:type="dxa" w:w="592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  <w:t>3</w:t>
            </w:r>
          </w:p>
        </w:tc>
        <w:tc>
          <w:tcPr>
            <w:tcW w:type="dxa" w:w="2565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789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3256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</w:tr>
      <w:tr>
        <w:tc>
          <w:tcPr>
            <w:tcW w:type="dxa" w:w="592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  <w:t>4</w:t>
            </w:r>
          </w:p>
        </w:tc>
        <w:tc>
          <w:tcPr>
            <w:tcW w:type="dxa" w:w="2565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789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3256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</w:tr>
      <w:tr>
        <w:tc>
          <w:tcPr>
            <w:tcW w:type="dxa" w:w="592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  <w:t>5</w:t>
            </w:r>
          </w:p>
        </w:tc>
        <w:tc>
          <w:tcPr>
            <w:tcW w:type="dxa" w:w="2565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789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3256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</w:tr>
      <w:tr>
        <w:tc>
          <w:tcPr>
            <w:tcW w:type="dxa" w:w="592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  <w:t>6</w:t>
            </w:r>
          </w:p>
        </w:tc>
        <w:tc>
          <w:tcPr>
            <w:tcW w:type="dxa" w:w="2565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789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3256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</w:tr>
      <w:tr>
        <w:tc>
          <w:tcPr>
            <w:tcW w:type="dxa" w:w="592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  <w:t>7</w:t>
            </w:r>
          </w:p>
        </w:tc>
        <w:tc>
          <w:tcPr>
            <w:tcW w:type="dxa" w:w="2565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789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3256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</w:tr>
      <w:tr>
        <w:tc>
          <w:tcPr>
            <w:tcW w:type="dxa" w:w="592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  <w:t>8</w:t>
            </w:r>
          </w:p>
        </w:tc>
        <w:tc>
          <w:tcPr>
            <w:tcW w:type="dxa" w:w="2565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789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3256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</w:tr>
      <w:tr>
        <w:tc>
          <w:tcPr>
            <w:tcW w:type="dxa" w:w="592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  <w:t>9</w:t>
            </w:r>
          </w:p>
        </w:tc>
        <w:tc>
          <w:tcPr>
            <w:tcW w:type="dxa" w:w="2565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789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3256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</w:tr>
      <w:tr>
        <w:tc>
          <w:tcPr>
            <w:tcW w:type="dxa" w:w="592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  <w:t>10</w:t>
            </w:r>
          </w:p>
        </w:tc>
        <w:tc>
          <w:tcPr>
            <w:tcW w:type="dxa" w:w="2565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789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3256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</w:tr>
      <w:tr>
        <w:tc>
          <w:tcPr>
            <w:tcW w:type="dxa" w:w="592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  <w:t>11</w:t>
            </w:r>
          </w:p>
        </w:tc>
        <w:tc>
          <w:tcPr>
            <w:tcW w:type="dxa" w:w="2565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789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3256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</w:tr>
      <w:tr>
        <w:tc>
          <w:tcPr>
            <w:tcW w:type="dxa" w:w="592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  <w:t>12</w:t>
            </w:r>
          </w:p>
        </w:tc>
        <w:tc>
          <w:tcPr>
            <w:tcW w:type="dxa" w:w="2565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789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3256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</w:tr>
      <w:tr>
        <w:tc>
          <w:tcPr>
            <w:tcW w:type="dxa" w:w="592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  <w:t>13</w:t>
            </w:r>
          </w:p>
        </w:tc>
        <w:tc>
          <w:tcPr>
            <w:tcW w:type="dxa" w:w="2565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789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3256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</w:tr>
      <w:tr>
        <w:tc>
          <w:tcPr>
            <w:tcW w:type="dxa" w:w="592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  <w:t>14</w:t>
            </w:r>
          </w:p>
        </w:tc>
        <w:tc>
          <w:tcPr>
            <w:tcW w:type="dxa" w:w="2565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789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3256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</w:tr>
      <w:tr>
        <w:tc>
          <w:tcPr>
            <w:tcW w:type="dxa" w:w="592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  <w:t>15</w:t>
            </w:r>
          </w:p>
        </w:tc>
        <w:tc>
          <w:tcPr>
            <w:tcW w:type="dxa" w:w="2565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789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3256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</w:tr>
      <w:tr>
        <w:tc>
          <w:tcPr>
            <w:tcW w:type="dxa" w:w="592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  <w:t>16</w:t>
            </w:r>
          </w:p>
        </w:tc>
        <w:tc>
          <w:tcPr>
            <w:tcW w:type="dxa" w:w="2565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789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3256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</w:tr>
      <w:tr>
        <w:tc>
          <w:tcPr>
            <w:tcW w:type="dxa" w:w="592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  <w:t>17</w:t>
            </w:r>
          </w:p>
        </w:tc>
        <w:tc>
          <w:tcPr>
            <w:tcW w:type="dxa" w:w="2565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789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3256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</w:tr>
      <w:tr>
        <w:tc>
          <w:tcPr>
            <w:tcW w:type="dxa" w:w="592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  <w:t>18</w:t>
            </w:r>
          </w:p>
        </w:tc>
        <w:tc>
          <w:tcPr>
            <w:tcW w:type="dxa" w:w="2565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789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3256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</w:tr>
      <w:tr>
        <w:tc>
          <w:tcPr>
            <w:tcW w:type="dxa" w:w="592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  <w:t>19</w:t>
            </w:r>
          </w:p>
        </w:tc>
        <w:tc>
          <w:tcPr>
            <w:tcW w:type="dxa" w:w="2565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789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3256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</w:tr>
      <w:tr>
        <w:tc>
          <w:tcPr>
            <w:tcW w:type="dxa" w:w="592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  <w:t>20</w:t>
            </w:r>
          </w:p>
        </w:tc>
        <w:tc>
          <w:tcPr>
            <w:tcW w:type="dxa" w:w="2565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789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3256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</w:tr>
      <w:tr>
        <w:tc>
          <w:tcPr>
            <w:tcW w:type="dxa" w:w="592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  <w:t>21</w:t>
            </w:r>
          </w:p>
        </w:tc>
        <w:tc>
          <w:tcPr>
            <w:tcW w:type="dxa" w:w="2565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789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3256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</w:tr>
      <w:tr>
        <w:tc>
          <w:tcPr>
            <w:tcW w:type="dxa" w:w="592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  <w:t>22</w:t>
            </w:r>
          </w:p>
        </w:tc>
        <w:tc>
          <w:tcPr>
            <w:tcW w:type="dxa" w:w="2565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789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3256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</w:tr>
      <w:tr>
        <w:tc>
          <w:tcPr>
            <w:tcW w:type="dxa" w:w="592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  <w:t>23</w:t>
            </w:r>
          </w:p>
        </w:tc>
        <w:tc>
          <w:tcPr>
            <w:tcW w:type="dxa" w:w="2565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789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3256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</w:tr>
      <w:tr>
        <w:tc>
          <w:tcPr>
            <w:tcW w:type="dxa" w:w="592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  <w:t>24</w:t>
            </w:r>
          </w:p>
        </w:tc>
        <w:tc>
          <w:tcPr>
            <w:tcW w:type="dxa" w:w="2565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789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3256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</w:tr>
      <w:tr>
        <w:tc>
          <w:tcPr>
            <w:tcW w:type="dxa" w:w="592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  <w:t>25</w:t>
            </w:r>
          </w:p>
        </w:tc>
        <w:tc>
          <w:tcPr>
            <w:tcW w:type="dxa" w:w="2565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789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3256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</w:tr>
      <w:tr>
        <w:tc>
          <w:tcPr>
            <w:tcW w:type="dxa" w:w="592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  <w:t>26</w:t>
            </w:r>
          </w:p>
        </w:tc>
        <w:tc>
          <w:tcPr>
            <w:tcW w:type="dxa" w:w="2565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789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3256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</w:tr>
      <w:tr>
        <w:tc>
          <w:tcPr>
            <w:tcW w:type="dxa" w:w="592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  <w:t>27</w:t>
            </w:r>
          </w:p>
        </w:tc>
        <w:tc>
          <w:tcPr>
            <w:tcW w:type="dxa" w:w="2565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789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3256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</w:tr>
      <w:tr>
        <w:tc>
          <w:tcPr>
            <w:tcW w:type="dxa" w:w="592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  <w:t>28</w:t>
            </w:r>
          </w:p>
        </w:tc>
        <w:tc>
          <w:tcPr>
            <w:tcW w:type="dxa" w:w="2565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789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3256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</w:tr>
      <w:tr>
        <w:tc>
          <w:tcPr>
            <w:tcW w:type="dxa" w:w="592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  <w:t>29</w:t>
            </w:r>
          </w:p>
        </w:tc>
        <w:tc>
          <w:tcPr>
            <w:tcW w:type="dxa" w:w="2565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789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3256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</w:tr>
      <w:tr>
        <w:tc>
          <w:tcPr>
            <w:tcW w:type="dxa" w:w="592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  <w:t>30</w:t>
            </w:r>
          </w:p>
        </w:tc>
        <w:tc>
          <w:tcPr>
            <w:tcW w:type="dxa" w:w="2565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789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3256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</w:tr>
      <w:tr>
        <w:tc>
          <w:tcPr>
            <w:tcW w:type="dxa" w:w="592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  <w:t>31</w:t>
            </w:r>
          </w:p>
        </w:tc>
        <w:tc>
          <w:tcPr>
            <w:tcW w:type="dxa" w:w="2565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789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888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  <w:tc>
          <w:tcPr>
            <w:tcW w:type="dxa" w:w="3256"/>
          </w:tcPr>
          <w:p>
            <w:r>
              <w:rPr>
                <w:rFonts w:ascii="Calibri" w:hAnsi="Calibri" w:eastAsia="Calibri"/>
                <w:b w:val="0"/>
                <w:i w:val="0"/>
                <w:sz w:val="15"/>
              </w:rPr>
            </w:r>
          </w:p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B8C0CA"/>
          <w:left w:val="single" w:sz="4" w:color="B8C0CA"/>
          <w:bottom w:val="single" w:sz="4" w:color="B8C0CA"/>
          <w:right w:val="single" w:sz="4" w:color="B8C0CA"/>
          <w:insideH w:val="single" w:sz="4" w:color="B8C0CA"/>
          <w:insideV w:val="single" w:sz="4" w:color="B8C0CA"/>
        </w:tblBorders>
        <w:tblLayout w:type="fixed"/>
      </w:tblPr>
      <w:tblGrid>
        <w:gridCol w:w="2466"/>
        <w:gridCol w:w="3650"/>
        <w:gridCol w:w="3749"/>
      </w:tblGrid>
      <w:tr>
        <w:tc>
          <w:tcPr>
            <w:tcW w:type="dxa" w:w="2466"/>
            <w:shd w:val="clear" w:color="auto" w:fill="0F2C4E"/>
          </w:tcPr>
          <w:p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Summe Stunden</w:t>
            </w:r>
          </w:p>
        </w:tc>
        <w:tc>
          <w:tcPr>
            <w:tcW w:type="dxa" w:w="3650"/>
            <w:shd w:val="clear" w:color="auto" w:fill="0F2C4E"/>
          </w:tcPr>
          <w:p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Unterschrift Mitarbeiter/in</w:t>
            </w:r>
          </w:p>
        </w:tc>
        <w:tc>
          <w:tcPr>
            <w:tcW w:type="dxa" w:w="3749"/>
            <w:shd w:val="clear" w:color="auto" w:fill="0F2C4E"/>
          </w:tcPr>
          <w:p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Unterschrift Arbeitgeber</w:t>
            </w:r>
          </w:p>
        </w:tc>
      </w:tr>
      <w:tr>
        <w:trPr>
          <w:trHeight w:val="510"/>
        </w:trPr>
        <w:tc>
          <w:tcPr>
            <w:tcW w:type="dxa" w:w="2466"/>
          </w:tcPr>
          <w:p/>
        </w:tc>
        <w:tc>
          <w:tcPr>
            <w:tcW w:type="dxa" w:w="3650"/>
          </w:tcPr>
          <w:p/>
        </w:tc>
        <w:tc>
          <w:tcPr>
            <w:tcW w:type="dxa" w:w="3749"/>
          </w:tcPr>
          <w:p/>
        </w:tc>
      </w:tr>
    </w:tbl>
    <w:p>
      <w:pPr>
        <w:spacing w:after="40"/>
      </w:pPr>
    </w:p>
    <w:p>
      <w:pPr>
        <w:spacing w:after="120"/>
      </w:pPr>
      <w:r>
        <w:rPr>
          <w:rFonts w:ascii="Calibri" w:hAnsi="Calibri" w:eastAsia="Calibri"/>
          <w:b w:val="0"/>
          <w:i/>
          <w:color w:val="5A6572"/>
          <w:sz w:val="17"/>
        </w:rPr>
        <w:t>Vollversion mit automatischer Berechnung, Soll/Ist-Saldo und ArbZG-Hinweisen: meisterdok.de/stundenzettel-vorlage</w:t>
      </w:r>
    </w:p>
    <w:sectPr w:rsidR="00FC693F" w:rsidRPr="0006063C" w:rsidSect="00034616">
      <w:footerReference w:type="default" r:id="rId9"/>
      <w:pgSz w:w="11906" w:h="16838"/>
      <w:pgMar w:top="794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Calibri" w:hAnsi="Calibri" w:eastAsia="Calibri"/>
        <w:b w:val="0"/>
        <w:i w:val="0"/>
        <w:color w:val="5A6572"/>
        <w:sz w:val="15"/>
      </w:rPr>
      <w:t>meisterdok.de · Muster-Vorlage – an den Betrieb anzupassen · Stand: September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Stundenzettel – Monat (Basisvorlage)</dc:title>
  <dc:subject/>
  <dc:creator>Meisterdok</dc:creator>
  <cp:keywords/>
  <dc:description>meisterdok.de – Muster-Vorlage</dc:description>
  <cp:lastModifiedBy>Meisterdok</cp:lastModifiedBy>
  <cp:revision>1</cp:revision>
  <dcterms:created xsi:type="dcterms:W3CDTF">2026-09-22T00:00:00Z</dcterms:created>
  <dcterms:modified xsi:type="dcterms:W3CDTF">2026-09-22T00:00:00Z</dcterms:modified>
  <cp:category/>
</cp:coreProperties>
</file>